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CAE22" w14:textId="7E2A79B7" w:rsidR="00266735" w:rsidRDefault="00031947">
      <w:pPr>
        <w:pStyle w:val="Title"/>
      </w:pPr>
      <w:r>
        <w:rPr>
          <w:noProof/>
        </w:rPr>
        <w:drawing>
          <wp:inline distT="0" distB="0" distL="0" distR="0" wp14:anchorId="3E8C6EF2" wp14:editId="05E55CCA">
            <wp:extent cx="4690110" cy="2345055"/>
            <wp:effectExtent l="0" t="0" r="0" b="0"/>
            <wp:docPr id="1426291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91655" name="Picture 14262916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0608" cy="234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>INFLUENCE ACTION PLAN</w:t>
      </w:r>
    </w:p>
    <w:p w14:paraId="16515899" w14:textId="77777777" w:rsidR="00266735" w:rsidRDefault="00000000">
      <w:pPr>
        <w:pStyle w:val="Heading2"/>
      </w:pPr>
      <w:r>
        <w:t>Turn What You Know Into Action</w:t>
      </w:r>
    </w:p>
    <w:p w14:paraId="49C09E01" w14:textId="77777777" w:rsidR="00266735" w:rsidRDefault="00000000">
      <w:r>
        <w:t>Now you know more about your SG's authority.</w:t>
      </w:r>
    </w:p>
    <w:p w14:paraId="7D7A5D95" w14:textId="77777777" w:rsidR="00266735" w:rsidRDefault="00000000">
      <w:r>
        <w:t>You know where that authority comes from. You've looked at who makes decisions, who has the final say, and where your SG has real influence.</w:t>
      </w:r>
    </w:p>
    <w:p w14:paraId="5A65196F" w14:textId="77777777" w:rsidR="00266735" w:rsidRDefault="00000000">
      <w:r>
        <w:t>You've also looked at what your SG has actually accomplished.</w:t>
      </w:r>
    </w:p>
    <w:p w14:paraId="738D9E59" w14:textId="77777777" w:rsidR="00266735" w:rsidRDefault="00000000">
      <w:r>
        <w:rPr>
          <w:b/>
        </w:rPr>
        <w:t>Now comes the important part: What are you going to do about it?</w:t>
      </w:r>
    </w:p>
    <w:p w14:paraId="1B00B32C" w14:textId="77777777" w:rsidR="00266735" w:rsidRDefault="00000000">
      <w:r>
        <w:t>Don't try to fix everything at once.</w:t>
      </w:r>
    </w:p>
    <w:p w14:paraId="04E655C3" w14:textId="77777777" w:rsidR="00266735" w:rsidRDefault="00000000">
      <w:r>
        <w:t>Pick the areas where a stronger SG could make the biggest difference.</w:t>
      </w:r>
    </w:p>
    <w:p w14:paraId="0CD4AC23" w14:textId="77777777" w:rsidR="00031947" w:rsidRDefault="00031947"/>
    <w:p w14:paraId="1374C4DA" w14:textId="77777777" w:rsidR="00266735" w:rsidRDefault="00000000">
      <w:pPr>
        <w:pStyle w:val="Heading1"/>
      </w:pPr>
      <w:r>
        <w:t>1. WHERE ARE YOU NOW?</w:t>
      </w:r>
    </w:p>
    <w:p w14:paraId="01B09CB7" w14:textId="77777777" w:rsidR="00266735" w:rsidRDefault="00000000">
      <w:r>
        <w:t>Start with what you've learned from the Authority Audit and your Impact assessment.</w:t>
      </w:r>
    </w:p>
    <w:p w14:paraId="6F78D0D3" w14:textId="77777777" w:rsidR="00266735" w:rsidRDefault="00000000">
      <w:pPr>
        <w:spacing w:after="80"/>
        <w:ind w:left="259"/>
      </w:pPr>
      <w:r>
        <w:rPr>
          <w:b/>
        </w:rPr>
        <w:t>• Our SG's strongest source of authority is: ______________________________</w:t>
      </w:r>
    </w:p>
    <w:p w14:paraId="08F01F47" w14:textId="77777777" w:rsidR="00266735" w:rsidRDefault="00000000">
      <w:pPr>
        <w:spacing w:after="80"/>
        <w:ind w:left="259"/>
      </w:pPr>
      <w:r>
        <w:rPr>
          <w:b/>
        </w:rPr>
        <w:t>• Our SG's strongest evidence of influence is: ____________________________</w:t>
      </w:r>
    </w:p>
    <w:p w14:paraId="7EEC8B21" w14:textId="77777777" w:rsidR="00266735" w:rsidRDefault="00000000">
      <w:pPr>
        <w:spacing w:after="80"/>
        <w:ind w:left="259"/>
      </w:pPr>
      <w:r>
        <w:rPr>
          <w:b/>
        </w:rPr>
        <w:t>• The area where our SG has the most room to improve is: ________________</w:t>
      </w:r>
    </w:p>
    <w:p w14:paraId="53A274DC" w14:textId="77777777" w:rsidR="00266735" w:rsidRDefault="00000000">
      <w:pPr>
        <w:spacing w:after="80"/>
        <w:ind w:left="259"/>
        <w:rPr>
          <w:b/>
        </w:rPr>
      </w:pPr>
      <w:r>
        <w:rPr>
          <w:b/>
        </w:rPr>
        <w:t>• The biggest student issue our SG could influence is: ____________________</w:t>
      </w:r>
    </w:p>
    <w:p w14:paraId="030F0FE7" w14:textId="77777777" w:rsidR="00031947" w:rsidRDefault="00031947">
      <w:pPr>
        <w:spacing w:after="80"/>
        <w:ind w:left="259"/>
      </w:pPr>
    </w:p>
    <w:p w14:paraId="1A6A1023" w14:textId="77777777" w:rsidR="00266735" w:rsidRDefault="00000000">
      <w:pPr>
        <w:pStyle w:val="Heading1"/>
      </w:pPr>
      <w:r>
        <w:lastRenderedPageBreak/>
        <w:t>2. PICK YOUR PRIORITIES</w:t>
      </w:r>
    </w:p>
    <w:p w14:paraId="71F9DDFC" w14:textId="77777777" w:rsidR="00266735" w:rsidRDefault="00000000">
      <w:r>
        <w:t>Don't create a list of 15 goals. Pick three.</w:t>
      </w:r>
    </w:p>
    <w:p w14:paraId="19C6137F" w14:textId="77777777" w:rsidR="00266735" w:rsidRDefault="00000000">
      <w:r>
        <w:rPr>
          <w:b/>
        </w:rPr>
        <w:t>PRIORITY 1</w:t>
      </w:r>
    </w:p>
    <w:p w14:paraId="5EE6A7DB" w14:textId="77777777" w:rsidR="00266735" w:rsidRDefault="00000000">
      <w:pPr>
        <w:spacing w:after="80"/>
        <w:ind w:left="259"/>
      </w:pPr>
      <w:r>
        <w:rPr>
          <w:b/>
        </w:rPr>
        <w:t>• What do we want to change? __________________________________________</w:t>
      </w:r>
    </w:p>
    <w:p w14:paraId="51C269A7" w14:textId="77777777" w:rsidR="00266735" w:rsidRDefault="00000000">
      <w:pPr>
        <w:spacing w:after="80"/>
        <w:ind w:left="259"/>
      </w:pPr>
      <w:r>
        <w:rPr>
          <w:b/>
        </w:rPr>
        <w:t>• Why does it matter to students? ______________________________________</w:t>
      </w:r>
    </w:p>
    <w:p w14:paraId="2A5C177E" w14:textId="77777777" w:rsidR="00266735" w:rsidRDefault="00000000">
      <w:pPr>
        <w:spacing w:after="80"/>
        <w:ind w:left="259"/>
      </w:pPr>
      <w:r>
        <w:rPr>
          <w:b/>
        </w:rPr>
        <w:t>• What authority does our SG have that could help? ______________________</w:t>
      </w:r>
    </w:p>
    <w:p w14:paraId="29FDFEDD" w14:textId="73E1B63B" w:rsidR="00266735" w:rsidRDefault="00031947">
      <w:r>
        <w:rPr>
          <w:b/>
        </w:rPr>
        <w:br/>
      </w:r>
      <w:r w:rsidR="00000000">
        <w:rPr>
          <w:b/>
        </w:rPr>
        <w:t>PRIORITY 2</w:t>
      </w:r>
    </w:p>
    <w:p w14:paraId="10271FB5" w14:textId="77777777" w:rsidR="00266735" w:rsidRDefault="00000000">
      <w:pPr>
        <w:spacing w:after="80"/>
        <w:ind w:left="259"/>
      </w:pPr>
      <w:r>
        <w:rPr>
          <w:b/>
        </w:rPr>
        <w:t>• What do we want to change? __________________________________________</w:t>
      </w:r>
    </w:p>
    <w:p w14:paraId="47F817CE" w14:textId="77777777" w:rsidR="00266735" w:rsidRDefault="00000000">
      <w:pPr>
        <w:spacing w:after="80"/>
        <w:ind w:left="259"/>
      </w:pPr>
      <w:r>
        <w:rPr>
          <w:b/>
        </w:rPr>
        <w:t>• Why does it matter to students? ______________________________________</w:t>
      </w:r>
    </w:p>
    <w:p w14:paraId="13B60465" w14:textId="77777777" w:rsidR="00266735" w:rsidRDefault="00000000">
      <w:pPr>
        <w:spacing w:after="80"/>
        <w:ind w:left="259"/>
      </w:pPr>
      <w:r>
        <w:rPr>
          <w:b/>
        </w:rPr>
        <w:t>• What authority does our SG have that could help? ______________________</w:t>
      </w:r>
    </w:p>
    <w:p w14:paraId="48D33FE7" w14:textId="3518E0CF" w:rsidR="00266735" w:rsidRDefault="00031947">
      <w:r>
        <w:rPr>
          <w:b/>
        </w:rPr>
        <w:br/>
      </w:r>
      <w:r w:rsidR="00000000">
        <w:rPr>
          <w:b/>
        </w:rPr>
        <w:t>PRIORITY 3</w:t>
      </w:r>
    </w:p>
    <w:p w14:paraId="6B475702" w14:textId="77777777" w:rsidR="00266735" w:rsidRDefault="00000000">
      <w:pPr>
        <w:spacing w:after="80"/>
        <w:ind w:left="259"/>
      </w:pPr>
      <w:r>
        <w:rPr>
          <w:b/>
        </w:rPr>
        <w:t>• What do we want to change? __________________________________________</w:t>
      </w:r>
    </w:p>
    <w:p w14:paraId="2AE1DC9E" w14:textId="77777777" w:rsidR="00266735" w:rsidRDefault="00000000">
      <w:pPr>
        <w:spacing w:after="80"/>
        <w:ind w:left="259"/>
      </w:pPr>
      <w:r>
        <w:rPr>
          <w:b/>
        </w:rPr>
        <w:t>• Why does it matter to students? ______________________________________</w:t>
      </w:r>
    </w:p>
    <w:p w14:paraId="35D95AA9" w14:textId="77777777" w:rsidR="00266735" w:rsidRDefault="00000000">
      <w:pPr>
        <w:spacing w:after="80"/>
        <w:ind w:left="259"/>
      </w:pPr>
      <w:r>
        <w:rPr>
          <w:b/>
        </w:rPr>
        <w:t>• What authority does our SG have that could help? ______________________</w:t>
      </w:r>
    </w:p>
    <w:p w14:paraId="6E77E740" w14:textId="16753AD8" w:rsidR="00266735" w:rsidRDefault="00031947">
      <w:pPr>
        <w:pStyle w:val="Heading1"/>
      </w:pPr>
      <w:r>
        <w:br/>
      </w:r>
      <w:r w:rsidR="00000000">
        <w:t>3. GET IN THE ROOM</w:t>
      </w:r>
    </w:p>
    <w:p w14:paraId="08EF64A2" w14:textId="77777777" w:rsidR="00266735" w:rsidRDefault="00000000">
      <w:r>
        <w:t>Influence starts with access.</w:t>
      </w:r>
    </w:p>
    <w:p w14:paraId="62F4615B" w14:textId="77777777" w:rsidR="00266735" w:rsidRDefault="00000000">
      <w:r>
        <w:t>For each priority, identify the person or people who can actually make the decision.</w:t>
      </w:r>
    </w:p>
    <w:p w14:paraId="5447DD56" w14:textId="77777777" w:rsidR="00266735" w:rsidRDefault="00000000">
      <w:pPr>
        <w:spacing w:after="80"/>
        <w:ind w:left="259"/>
      </w:pPr>
      <w:r>
        <w:rPr>
          <w:b/>
        </w:rPr>
        <w:t>• Who has the power to make this happen? _________________________________</w:t>
      </w:r>
    </w:p>
    <w:p w14:paraId="6403210E" w14:textId="77777777" w:rsidR="00266735" w:rsidRDefault="00000000">
      <w:pPr>
        <w:spacing w:after="80"/>
        <w:ind w:left="259"/>
      </w:pPr>
      <w:r>
        <w:rPr>
          <w:b/>
        </w:rPr>
        <w:t>• Who else needs to be involved? _________________________________________</w:t>
      </w:r>
    </w:p>
    <w:p w14:paraId="6717F6BE" w14:textId="77777777" w:rsidR="00266735" w:rsidRDefault="00000000">
      <w:pPr>
        <w:spacing w:after="80"/>
        <w:ind w:left="259"/>
      </w:pPr>
      <w:r>
        <w:rPr>
          <w:b/>
        </w:rPr>
        <w:t>• Do we already have access to them?   ☐ Yes   ☐ No   ☐ Sometimes</w:t>
      </w:r>
    </w:p>
    <w:p w14:paraId="1D61BD01" w14:textId="77777777" w:rsidR="00266735" w:rsidRDefault="00000000">
      <w:pPr>
        <w:spacing w:after="80"/>
        <w:ind w:left="259"/>
      </w:pPr>
      <w:r>
        <w:rPr>
          <w:b/>
        </w:rPr>
        <w:t>• If not, how are we going to get the meeting? ____________________________</w:t>
      </w:r>
    </w:p>
    <w:p w14:paraId="499C8B02" w14:textId="77777777" w:rsidR="00266735" w:rsidRDefault="00000000">
      <w:r>
        <w:t>Don't settle for meeting with the person who can only pass your request along.</w:t>
      </w:r>
    </w:p>
    <w:p w14:paraId="158D95AF" w14:textId="77777777" w:rsidR="00266735" w:rsidRDefault="00000000">
      <w:r>
        <w:rPr>
          <w:b/>
        </w:rPr>
        <w:t>Get to the person who can make the decision.</w:t>
      </w:r>
    </w:p>
    <w:p w14:paraId="227C43DA" w14:textId="77777777" w:rsidR="00031947" w:rsidRDefault="00031947">
      <w:pPr>
        <w:pStyle w:val="Heading1"/>
      </w:pPr>
    </w:p>
    <w:p w14:paraId="73B418C3" w14:textId="2A5F3B8C" w:rsidR="00266735" w:rsidRDefault="00000000">
      <w:pPr>
        <w:pStyle w:val="Heading1"/>
      </w:pPr>
      <w:r>
        <w:t>4. GET IN THE LOOP</w:t>
      </w:r>
    </w:p>
    <w:p w14:paraId="5F26E7E6" w14:textId="77777777" w:rsidR="00266735" w:rsidRDefault="00000000">
      <w:r>
        <w:t>Don't wait until a decision is already made.</w:t>
      </w:r>
    </w:p>
    <w:p w14:paraId="729B5485" w14:textId="77777777" w:rsidR="00266735" w:rsidRDefault="00000000">
      <w:pPr>
        <w:spacing w:after="80"/>
        <w:ind w:left="259"/>
      </w:pPr>
      <w:r>
        <w:rPr>
          <w:b/>
        </w:rPr>
        <w:t>• What do we need to know before the decision is made? ___________________</w:t>
      </w:r>
    </w:p>
    <w:p w14:paraId="4C0656B8" w14:textId="77777777" w:rsidR="00266735" w:rsidRDefault="00000000">
      <w:pPr>
        <w:spacing w:after="80"/>
        <w:ind w:left="259"/>
      </w:pPr>
      <w:r>
        <w:rPr>
          <w:b/>
        </w:rPr>
        <w:t>• Who knows what's being considered? _____________________________________</w:t>
      </w:r>
    </w:p>
    <w:p w14:paraId="2A39B9F8" w14:textId="77777777" w:rsidR="00266735" w:rsidRDefault="00000000">
      <w:pPr>
        <w:spacing w:after="80"/>
        <w:ind w:left="259"/>
      </w:pPr>
      <w:r>
        <w:rPr>
          <w:b/>
        </w:rPr>
        <w:t>• How can our SG get into that conversation early? ________________________</w:t>
      </w:r>
    </w:p>
    <w:p w14:paraId="03A032DE" w14:textId="77777777" w:rsidR="00266735" w:rsidRDefault="00000000">
      <w:pPr>
        <w:spacing w:after="80"/>
        <w:ind w:left="259"/>
      </w:pPr>
      <w:r>
        <w:rPr>
          <w:b/>
        </w:rPr>
        <w:t>• What information can we bring to the table? _____________________________</w:t>
      </w:r>
    </w:p>
    <w:p w14:paraId="33CC24F9" w14:textId="1443BB72" w:rsidR="00266735" w:rsidRDefault="00031947">
      <w:r>
        <w:br/>
      </w:r>
      <w:r w:rsidR="00000000">
        <w:t>Your goal isn't simply to be informed.</w:t>
      </w:r>
    </w:p>
    <w:p w14:paraId="39B33262" w14:textId="77777777" w:rsidR="00266735" w:rsidRDefault="00000000">
      <w:r>
        <w:rPr>
          <w:b/>
        </w:rPr>
        <w:t>Your goal is to know early enough to matter.</w:t>
      </w:r>
    </w:p>
    <w:p w14:paraId="2AA0AFD8" w14:textId="77777777" w:rsidR="00266735" w:rsidRDefault="00000000">
      <w:pPr>
        <w:pStyle w:val="Heading1"/>
      </w:pPr>
      <w:r>
        <w:t>5. BRING SOMETHING DECISION-MAKERS NEED</w:t>
      </w:r>
    </w:p>
    <w:p w14:paraId="7186CDED" w14:textId="77777777" w:rsidR="00266735" w:rsidRDefault="00000000">
      <w:r>
        <w:t>Your SG has something administrators don't always have.</w:t>
      </w:r>
    </w:p>
    <w:p w14:paraId="5B9702D8" w14:textId="77777777" w:rsidR="00266735" w:rsidRDefault="00000000">
      <w:r>
        <w:rPr>
          <w:b/>
        </w:rPr>
        <w:t>Direct access to students.</w:t>
      </w:r>
    </w:p>
    <w:p w14:paraId="4B54FB26" w14:textId="77777777" w:rsidR="00266735" w:rsidRDefault="00000000">
      <w:r>
        <w:t>Use it.</w:t>
      </w:r>
    </w:p>
    <w:p w14:paraId="1633C31D" w14:textId="77777777" w:rsidR="00266735" w:rsidRDefault="00000000">
      <w:r>
        <w:t>For each priority, decide what information your SG needs.</w:t>
      </w:r>
    </w:p>
    <w:p w14:paraId="5AD0EF00" w14:textId="77777777" w:rsidR="00266735" w:rsidRDefault="00000000">
      <w:pPr>
        <w:pStyle w:val="ListBullet"/>
        <w:spacing w:after="60"/>
      </w:pPr>
      <w:r>
        <w:t>Student survey</w:t>
      </w:r>
    </w:p>
    <w:p w14:paraId="1C6DA712" w14:textId="77777777" w:rsidR="00266735" w:rsidRDefault="00000000">
      <w:pPr>
        <w:pStyle w:val="ListBullet"/>
        <w:spacing w:after="60"/>
      </w:pPr>
      <w:r>
        <w:t>Student focus group</w:t>
      </w:r>
    </w:p>
    <w:p w14:paraId="35AF2FBD" w14:textId="77777777" w:rsidR="00266735" w:rsidRDefault="00000000">
      <w:pPr>
        <w:pStyle w:val="ListBullet"/>
        <w:spacing w:after="60"/>
      </w:pPr>
      <w:r>
        <w:t>Student stories or examples</w:t>
      </w:r>
    </w:p>
    <w:p w14:paraId="1CC7231B" w14:textId="77777777" w:rsidR="00266735" w:rsidRDefault="00000000">
      <w:pPr>
        <w:pStyle w:val="ListBullet"/>
        <w:spacing w:after="60"/>
      </w:pPr>
      <w:r>
        <w:t>Research from other colleges</w:t>
      </w:r>
    </w:p>
    <w:p w14:paraId="1E9A7430" w14:textId="77777777" w:rsidR="00266735" w:rsidRDefault="00000000">
      <w:pPr>
        <w:pStyle w:val="ListBullet"/>
        <w:spacing w:after="60"/>
      </w:pPr>
      <w:r>
        <w:t>Cost information</w:t>
      </w:r>
    </w:p>
    <w:p w14:paraId="266823D0" w14:textId="77777777" w:rsidR="00266735" w:rsidRDefault="00000000">
      <w:pPr>
        <w:pStyle w:val="ListBullet"/>
        <w:spacing w:after="60"/>
      </w:pPr>
      <w:r>
        <w:t>Data from your institution</w:t>
      </w:r>
    </w:p>
    <w:p w14:paraId="0432BC41" w14:textId="77777777" w:rsidR="00266735" w:rsidRDefault="00000000">
      <w:pPr>
        <w:pStyle w:val="ListBullet"/>
        <w:spacing w:after="60"/>
      </w:pPr>
      <w:r>
        <w:t>Recommendations from students</w:t>
      </w:r>
    </w:p>
    <w:p w14:paraId="296CCD5A" w14:textId="77777777" w:rsidR="00266735" w:rsidRDefault="00000000">
      <w:pPr>
        <w:pStyle w:val="ListBullet"/>
        <w:spacing w:after="60"/>
      </w:pPr>
      <w:r>
        <w:t>Other: __________________________</w:t>
      </w:r>
    </w:p>
    <w:p w14:paraId="4E0EB0F7" w14:textId="77777777" w:rsidR="00266735" w:rsidRDefault="00000000">
      <w:pPr>
        <w:spacing w:after="80"/>
        <w:ind w:left="259"/>
      </w:pPr>
      <w:r>
        <w:rPr>
          <w:b/>
        </w:rPr>
        <w:t>• What do we need to find out? ___________________________________________</w:t>
      </w:r>
    </w:p>
    <w:p w14:paraId="24A7C135" w14:textId="77777777" w:rsidR="00266735" w:rsidRDefault="00000000">
      <w:pPr>
        <w:spacing w:after="80"/>
        <w:ind w:left="259"/>
      </w:pPr>
      <w:r>
        <w:rPr>
          <w:b/>
        </w:rPr>
        <w:t>• How will we get the information? _______________________________________</w:t>
      </w:r>
    </w:p>
    <w:p w14:paraId="52ABE10D" w14:textId="77777777" w:rsidR="00266735" w:rsidRDefault="00000000">
      <w:pPr>
        <w:spacing w:after="80"/>
        <w:ind w:left="259"/>
      </w:pPr>
      <w:r>
        <w:rPr>
          <w:b/>
        </w:rPr>
        <w:t>• When will we have it? _________________________________________________</w:t>
      </w:r>
    </w:p>
    <w:p w14:paraId="26E57E8D" w14:textId="77777777" w:rsidR="00266735" w:rsidRDefault="00000000">
      <w:r>
        <w:t>Don't walk into an important meeting with only an opinion.</w:t>
      </w:r>
    </w:p>
    <w:p w14:paraId="4D349DFF" w14:textId="77777777" w:rsidR="00266735" w:rsidRDefault="00000000">
      <w:r>
        <w:rPr>
          <w:b/>
        </w:rPr>
        <w:t>Bring evidence.</w:t>
      </w:r>
    </w:p>
    <w:p w14:paraId="769E1101" w14:textId="77777777" w:rsidR="00266735" w:rsidRDefault="00000000">
      <w:pPr>
        <w:pStyle w:val="Heading1"/>
      </w:pPr>
      <w:r>
        <w:lastRenderedPageBreak/>
        <w:t>6. MAKE A SPECIFIC REQUEST</w:t>
      </w:r>
    </w:p>
    <w:p w14:paraId="28FF5D9C" w14:textId="77777777" w:rsidR="00266735" w:rsidRDefault="00000000">
      <w:r>
        <w:t>A vague request is easy to ignore.</w:t>
      </w:r>
    </w:p>
    <w:p w14:paraId="67B6E217" w14:textId="77777777" w:rsidR="00266735" w:rsidRDefault="00000000">
      <w:r>
        <w:t>Instead of: “Students aren't happy with this.”</w:t>
      </w:r>
    </w:p>
    <w:p w14:paraId="6E0C83F0" w14:textId="77777777" w:rsidR="00266735" w:rsidRDefault="00000000">
      <w:r>
        <w:t>Try: “Our survey of 600 students found that 72% want the library open later on Sunday. We'd like the university to extend Sunday hours until midnight.”</w:t>
      </w:r>
    </w:p>
    <w:p w14:paraId="712E8A7E" w14:textId="77777777" w:rsidR="00266735" w:rsidRDefault="00000000">
      <w:pPr>
        <w:spacing w:after="80"/>
        <w:ind w:left="259"/>
      </w:pPr>
      <w:r>
        <w:rPr>
          <w:b/>
        </w:rPr>
        <w:t>• What exactly does your SG want? ________________________________________</w:t>
      </w:r>
    </w:p>
    <w:p w14:paraId="2183EACD" w14:textId="77777777" w:rsidR="00266735" w:rsidRDefault="00000000">
      <w:pPr>
        <w:spacing w:after="80"/>
        <w:ind w:left="259"/>
      </w:pPr>
      <w:r>
        <w:rPr>
          <w:b/>
        </w:rPr>
        <w:t>• What evidence supports the request? ___________________________________</w:t>
      </w:r>
    </w:p>
    <w:p w14:paraId="5CD38B05" w14:textId="77777777" w:rsidR="00266735" w:rsidRDefault="00000000">
      <w:pPr>
        <w:spacing w:after="80"/>
        <w:ind w:left="259"/>
      </w:pPr>
      <w:r>
        <w:rPr>
          <w:b/>
        </w:rPr>
        <w:t>• Who has the authority to say yes? ______________________________________</w:t>
      </w:r>
    </w:p>
    <w:p w14:paraId="3A8922C5" w14:textId="77777777" w:rsidR="00266735" w:rsidRDefault="00000000">
      <w:pPr>
        <w:spacing w:after="80"/>
        <w:ind w:left="259"/>
      </w:pPr>
      <w:r>
        <w:rPr>
          <w:b/>
        </w:rPr>
        <w:t>• What would success look like? __________________________________________</w:t>
      </w:r>
    </w:p>
    <w:p w14:paraId="3A07C53F" w14:textId="77777777" w:rsidR="00266735" w:rsidRDefault="00000000">
      <w:pPr>
        <w:pStyle w:val="Heading1"/>
      </w:pPr>
      <w:r>
        <w:t>7. IF THE ANSWER IS NO</w:t>
      </w:r>
    </w:p>
    <w:p w14:paraId="5726C805" w14:textId="77777777" w:rsidR="00266735" w:rsidRDefault="00000000">
      <w:r>
        <w:t>A “no” isn't necessarily the end of the conversation.</w:t>
      </w:r>
    </w:p>
    <w:p w14:paraId="05D44242" w14:textId="77777777" w:rsidR="00266735" w:rsidRDefault="00000000">
      <w:r>
        <w:t>Find out why.</w:t>
      </w:r>
    </w:p>
    <w:p w14:paraId="3AFE9AAB" w14:textId="77777777" w:rsidR="00266735" w:rsidRDefault="00000000">
      <w:pPr>
        <w:spacing w:after="80"/>
        <w:ind w:left="259"/>
      </w:pPr>
      <w:r>
        <w:rPr>
          <w:b/>
        </w:rPr>
        <w:t>• Why did they say no? __________________________________________________</w:t>
      </w:r>
    </w:p>
    <w:p w14:paraId="548070E8" w14:textId="77777777" w:rsidR="00266735" w:rsidRDefault="00000000">
      <w:pPr>
        <w:spacing w:after="80"/>
        <w:ind w:left="259"/>
      </w:pPr>
      <w:r>
        <w:rPr>
          <w:b/>
        </w:rPr>
        <w:t>• What information would change the decision? _____________________________</w:t>
      </w:r>
    </w:p>
    <w:p w14:paraId="5E784581" w14:textId="77777777" w:rsidR="00266735" w:rsidRDefault="00000000">
      <w:pPr>
        <w:spacing w:after="80"/>
        <w:ind w:left="259"/>
      </w:pPr>
      <w:r>
        <w:rPr>
          <w:b/>
        </w:rPr>
        <w:t>• Is there another option that would address the problem? _________________</w:t>
      </w:r>
    </w:p>
    <w:p w14:paraId="470F3BCE" w14:textId="77777777" w:rsidR="00266735" w:rsidRDefault="00000000">
      <w:pPr>
        <w:spacing w:after="80"/>
        <w:ind w:left="259"/>
      </w:pPr>
      <w:r>
        <w:rPr>
          <w:b/>
        </w:rPr>
        <w:t>• Who else needs to be involved? _________________________________________</w:t>
      </w:r>
    </w:p>
    <w:p w14:paraId="2E7634CA" w14:textId="77777777" w:rsidR="00266735" w:rsidRDefault="00000000">
      <w:pPr>
        <w:spacing w:after="80"/>
        <w:ind w:left="259"/>
      </w:pPr>
      <w:r>
        <w:rPr>
          <w:b/>
        </w:rPr>
        <w:t>• Can the decision be reconsidered later? _________________________________</w:t>
      </w:r>
    </w:p>
    <w:p w14:paraId="07D3F2E4" w14:textId="77777777" w:rsidR="00266735" w:rsidRDefault="00000000">
      <w:r>
        <w:t>Sometimes the first answer is no because the institution doesn't have enough information, the timing isn't right, or the proposed solution won't work.</w:t>
      </w:r>
    </w:p>
    <w:p w14:paraId="6919CF92" w14:textId="77777777" w:rsidR="00266735" w:rsidRDefault="00000000">
      <w:r>
        <w:rPr>
          <w:b/>
        </w:rPr>
        <w:t>Don't confuse an initial no with the end of your influence.</w:t>
      </w:r>
    </w:p>
    <w:p w14:paraId="1E3CFD77" w14:textId="77777777" w:rsidR="00266735" w:rsidRDefault="00000000">
      <w:pPr>
        <w:pStyle w:val="Heading1"/>
      </w:pPr>
      <w:r>
        <w:t>8. DEFINE SUCCESS</w:t>
      </w:r>
    </w:p>
    <w:p w14:paraId="24D48783" w14:textId="77777777" w:rsidR="00266735" w:rsidRDefault="00000000">
      <w:r>
        <w:t>Before you begin, decide how you'll know whether you've made a difference.</w:t>
      </w:r>
    </w:p>
    <w:p w14:paraId="085F78CC" w14:textId="77777777" w:rsidR="00266735" w:rsidRDefault="00000000">
      <w:pPr>
        <w:spacing w:after="80"/>
        <w:ind w:left="259"/>
      </w:pPr>
      <w:r>
        <w:rPr>
          <w:b/>
        </w:rPr>
        <w:t>• We'll know we've succeeded when: _______________________________________</w:t>
      </w:r>
    </w:p>
    <w:p w14:paraId="51A9D32B" w14:textId="77777777" w:rsidR="00266735" w:rsidRDefault="00000000">
      <w:pPr>
        <w:spacing w:after="80"/>
        <w:ind w:left="259"/>
      </w:pPr>
      <w:r>
        <w:rPr>
          <w:b/>
        </w:rPr>
        <w:t>• The decision we want changed is: ________________________________________</w:t>
      </w:r>
    </w:p>
    <w:p w14:paraId="7B170723" w14:textId="77777777" w:rsidR="00266735" w:rsidRDefault="00000000">
      <w:pPr>
        <w:spacing w:after="80"/>
        <w:ind w:left="259"/>
      </w:pPr>
      <w:r>
        <w:rPr>
          <w:b/>
        </w:rPr>
        <w:t>• The person who can make that change is: _________________________________</w:t>
      </w:r>
    </w:p>
    <w:p w14:paraId="3D79C6D8" w14:textId="77777777" w:rsidR="00266735" w:rsidRDefault="00000000">
      <w:pPr>
        <w:spacing w:after="80"/>
        <w:ind w:left="259"/>
      </w:pPr>
      <w:r>
        <w:rPr>
          <w:b/>
        </w:rPr>
        <w:t>• Our target date is: ___________________________________________________</w:t>
      </w:r>
    </w:p>
    <w:p w14:paraId="03CE3380" w14:textId="77777777" w:rsidR="00266735" w:rsidRDefault="00000000">
      <w:pPr>
        <w:spacing w:after="80"/>
        <w:ind w:left="259"/>
      </w:pPr>
      <w:r>
        <w:rPr>
          <w:b/>
        </w:rPr>
        <w:t>• What evidence will prove the change happened? ___________________________</w:t>
      </w:r>
    </w:p>
    <w:p w14:paraId="189A5F9D" w14:textId="77777777" w:rsidR="00266735" w:rsidRDefault="00000000">
      <w:pPr>
        <w:pStyle w:val="Heading1"/>
      </w:pPr>
      <w:r>
        <w:lastRenderedPageBreak/>
        <w:t>9. FOLLOW THROUGH</w:t>
      </w:r>
    </w:p>
    <w:p w14:paraId="7552C0A8" w14:textId="77777777" w:rsidR="00266735" w:rsidRDefault="00000000">
      <w:r>
        <w:t>A lot of SG influence is lost after the first meeting.</w:t>
      </w:r>
    </w:p>
    <w:p w14:paraId="02B5D6D6" w14:textId="77777777" w:rsidR="00266735" w:rsidRDefault="00000000">
      <w:r>
        <w:t>Someone says they'll look into it. Then everyone gets busy. The semester changes. The officers graduate. The issue disappears.</w:t>
      </w:r>
    </w:p>
    <w:p w14:paraId="14FF6F24" w14:textId="77777777" w:rsidR="00266735" w:rsidRDefault="00000000">
      <w:r>
        <w:t>Don't let that happen.</w:t>
      </w:r>
    </w:p>
    <w:p w14:paraId="26576FAE" w14:textId="77777777" w:rsidR="00266735" w:rsidRDefault="00000000">
      <w:pPr>
        <w:spacing w:after="80"/>
        <w:ind w:left="259"/>
      </w:pPr>
      <w:r>
        <w:rPr>
          <w:b/>
        </w:rPr>
        <w:t>• Who will follow up? ____________________________________________________</w:t>
      </w:r>
    </w:p>
    <w:p w14:paraId="03642827" w14:textId="77777777" w:rsidR="00266735" w:rsidRDefault="00000000">
      <w:pPr>
        <w:spacing w:after="80"/>
        <w:ind w:left="259"/>
      </w:pPr>
      <w:r>
        <w:rPr>
          <w:b/>
        </w:rPr>
        <w:t>• When will we follow up? _________________________________________________</w:t>
      </w:r>
    </w:p>
    <w:p w14:paraId="34650DA7" w14:textId="77777777" w:rsidR="00266735" w:rsidRDefault="00000000">
      <w:pPr>
        <w:spacing w:after="80"/>
        <w:ind w:left="259"/>
      </w:pPr>
      <w:r>
        <w:rPr>
          <w:b/>
        </w:rPr>
        <w:t>• What will we ask for? __________________________________________________</w:t>
      </w:r>
    </w:p>
    <w:p w14:paraId="23C97CF6" w14:textId="77777777" w:rsidR="00266735" w:rsidRDefault="00000000">
      <w:pPr>
        <w:spacing w:after="80"/>
        <w:ind w:left="259"/>
      </w:pPr>
      <w:r>
        <w:rPr>
          <w:b/>
        </w:rPr>
        <w:t>• What happens if we don't get an answer? _________________________________</w:t>
      </w:r>
    </w:p>
    <w:p w14:paraId="03CBB32D" w14:textId="77777777" w:rsidR="00266735" w:rsidRDefault="00000000">
      <w:r>
        <w:t>Put the follow-up on your calendar.</w:t>
      </w:r>
    </w:p>
    <w:p w14:paraId="38A5759A" w14:textId="77777777" w:rsidR="00266735" w:rsidRDefault="00000000">
      <w:pPr>
        <w:pStyle w:val="Heading1"/>
      </w:pPr>
      <w:r>
        <w:t>10. RECORD THE RESULT</w:t>
      </w:r>
    </w:p>
    <w:p w14:paraId="3E9D6DE3" w14:textId="77777777" w:rsidR="00266735" w:rsidRDefault="00000000">
      <w:r>
        <w:t>When something changes, document it.</w:t>
      </w:r>
    </w:p>
    <w:p w14:paraId="388D683E" w14:textId="77777777" w:rsidR="00266735" w:rsidRDefault="00000000">
      <w:r>
        <w:t>Don't rely on next year's officers remembering what happened.</w:t>
      </w:r>
    </w:p>
    <w:p w14:paraId="23E4F701" w14:textId="77777777" w:rsidR="00266735" w:rsidRDefault="00000000">
      <w:pPr>
        <w:spacing w:after="80"/>
        <w:ind w:left="259"/>
      </w:pPr>
      <w:r>
        <w:rPr>
          <w:b/>
        </w:rPr>
        <w:t>• What did we ask for? ___________________________________________________</w:t>
      </w:r>
    </w:p>
    <w:p w14:paraId="21E4AB18" w14:textId="77777777" w:rsidR="00266735" w:rsidRDefault="00000000">
      <w:pPr>
        <w:spacing w:after="80"/>
        <w:ind w:left="259"/>
      </w:pPr>
      <w:r>
        <w:rPr>
          <w:b/>
        </w:rPr>
        <w:t>• What happened? ________________________________________________________</w:t>
      </w:r>
    </w:p>
    <w:p w14:paraId="5C84875E" w14:textId="77777777" w:rsidR="00266735" w:rsidRDefault="00000000">
      <w:pPr>
        <w:spacing w:after="80"/>
        <w:ind w:left="259"/>
      </w:pPr>
      <w:r>
        <w:rPr>
          <w:b/>
        </w:rPr>
        <w:t>• What changed? _________________________________________________________</w:t>
      </w:r>
    </w:p>
    <w:p w14:paraId="6349FE35" w14:textId="77777777" w:rsidR="00266735" w:rsidRDefault="00000000">
      <w:pPr>
        <w:spacing w:after="80"/>
        <w:ind w:left="259"/>
      </w:pPr>
      <w:r>
        <w:rPr>
          <w:b/>
        </w:rPr>
        <w:t>• Who made the change? __________________________________________________</w:t>
      </w:r>
    </w:p>
    <w:p w14:paraId="28AA2806" w14:textId="77777777" w:rsidR="00266735" w:rsidRDefault="00000000">
      <w:pPr>
        <w:spacing w:after="80"/>
        <w:ind w:left="259"/>
      </w:pPr>
      <w:r>
        <w:rPr>
          <w:b/>
        </w:rPr>
        <w:t>• How many students were affected? ______________________________________</w:t>
      </w:r>
    </w:p>
    <w:p w14:paraId="22CE2FD2" w14:textId="77777777" w:rsidR="00266735" w:rsidRDefault="00000000">
      <w:pPr>
        <w:spacing w:after="80"/>
        <w:ind w:left="259"/>
      </w:pPr>
      <w:r>
        <w:rPr>
          <w:b/>
        </w:rPr>
        <w:t>• What evidence do we have? ______________________________________________</w:t>
      </w:r>
    </w:p>
    <w:p w14:paraId="5B0D4342" w14:textId="77777777" w:rsidR="00266735" w:rsidRDefault="00000000">
      <w:pPr>
        <w:spacing w:after="80"/>
        <w:ind w:left="259"/>
      </w:pPr>
      <w:r>
        <w:rPr>
          <w:b/>
        </w:rPr>
        <w:t>• What did our SG contribute? ____________________________________________</w:t>
      </w:r>
    </w:p>
    <w:p w14:paraId="26DA2F1E" w14:textId="77777777" w:rsidR="00266735" w:rsidRDefault="00000000">
      <w:r>
        <w:t>This becomes your SG's Influence Record.</w:t>
      </w:r>
    </w:p>
    <w:p w14:paraId="1B4E5A35" w14:textId="77777777" w:rsidR="00266735" w:rsidRDefault="00000000">
      <w:r>
        <w:t>Over time, you'll have something much more valuable than a list of meetings.</w:t>
      </w:r>
    </w:p>
    <w:p w14:paraId="27E76199" w14:textId="77777777" w:rsidR="00266735" w:rsidRDefault="00000000">
      <w:r>
        <w:rPr>
          <w:b/>
        </w:rPr>
        <w:t>You'll have a record of what your SG actually changed.</w:t>
      </w:r>
    </w:p>
    <w:p w14:paraId="4EA00680" w14:textId="77777777" w:rsidR="00031947" w:rsidRDefault="00031947">
      <w:pPr>
        <w:pStyle w:val="Heading1"/>
      </w:pPr>
    </w:p>
    <w:p w14:paraId="13949B89" w14:textId="77777777" w:rsidR="00031947" w:rsidRDefault="00031947">
      <w:pPr>
        <w:pStyle w:val="Heading1"/>
      </w:pPr>
    </w:p>
    <w:p w14:paraId="7297E2DA" w14:textId="6C264792" w:rsidR="00266735" w:rsidRDefault="00000000">
      <w:pPr>
        <w:pStyle w:val="Heading1"/>
      </w:pPr>
      <w:r>
        <w:t>YOUR 90-DAY INFLUENCE PLAN</w:t>
      </w:r>
    </w:p>
    <w:p w14:paraId="47E6AED8" w14:textId="77777777" w:rsidR="00266735" w:rsidRDefault="00000000">
      <w:r>
        <w:t>Don't wait for the perfect strategic plan. Pick three things you can begin working on now.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295"/>
      </w:tblGrid>
      <w:tr w:rsidR="00266735" w14:paraId="41DD7444" w14:textId="77777777">
        <w:tc>
          <w:tcPr>
            <w:tcW w:w="2484" w:type="dxa"/>
          </w:tcPr>
          <w:p w14:paraId="77CE72CD" w14:textId="77777777" w:rsidR="00266735" w:rsidRDefault="00000000">
            <w:r>
              <w:t>Priority</w:t>
            </w:r>
          </w:p>
        </w:tc>
        <w:tc>
          <w:tcPr>
            <w:tcW w:w="2484" w:type="dxa"/>
          </w:tcPr>
          <w:p w14:paraId="4617169D" w14:textId="77777777" w:rsidR="00266735" w:rsidRDefault="00000000">
            <w:r>
              <w:t>Who Can Decide?</w:t>
            </w:r>
          </w:p>
        </w:tc>
        <w:tc>
          <w:tcPr>
            <w:tcW w:w="2484" w:type="dxa"/>
          </w:tcPr>
          <w:p w14:paraId="7ECB4D7D" w14:textId="77777777" w:rsidR="00266735" w:rsidRDefault="00000000">
            <w:r>
              <w:t>What We'll Do First</w:t>
            </w:r>
          </w:p>
        </w:tc>
        <w:tc>
          <w:tcPr>
            <w:tcW w:w="2484" w:type="dxa"/>
          </w:tcPr>
          <w:p w14:paraId="5868A70D" w14:textId="77777777" w:rsidR="00266735" w:rsidRDefault="00000000">
            <w:r>
              <w:t>By When?</w:t>
            </w:r>
          </w:p>
        </w:tc>
      </w:tr>
      <w:tr w:rsidR="00266735" w14:paraId="5D7DE56F" w14:textId="77777777">
        <w:tc>
          <w:tcPr>
            <w:tcW w:w="2484" w:type="dxa"/>
          </w:tcPr>
          <w:p w14:paraId="67C226AC" w14:textId="77777777" w:rsidR="00266735" w:rsidRDefault="00000000">
            <w:r>
              <w:t>1. __________________</w:t>
            </w:r>
          </w:p>
        </w:tc>
        <w:tc>
          <w:tcPr>
            <w:tcW w:w="2484" w:type="dxa"/>
          </w:tcPr>
          <w:p w14:paraId="1E5289C0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5F7B487D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1798D707" w14:textId="77777777" w:rsidR="00266735" w:rsidRDefault="00000000">
            <w:r>
              <w:t>____________</w:t>
            </w:r>
          </w:p>
        </w:tc>
      </w:tr>
      <w:tr w:rsidR="00266735" w14:paraId="49A3B8A1" w14:textId="77777777">
        <w:tc>
          <w:tcPr>
            <w:tcW w:w="2484" w:type="dxa"/>
          </w:tcPr>
          <w:p w14:paraId="41D7AE83" w14:textId="77777777" w:rsidR="00266735" w:rsidRDefault="00000000">
            <w:r>
              <w:t>2. __________________</w:t>
            </w:r>
          </w:p>
        </w:tc>
        <w:tc>
          <w:tcPr>
            <w:tcW w:w="2484" w:type="dxa"/>
          </w:tcPr>
          <w:p w14:paraId="0A4EB39B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084CF6E3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0BA81113" w14:textId="77777777" w:rsidR="00266735" w:rsidRDefault="00000000">
            <w:r>
              <w:t>____________</w:t>
            </w:r>
          </w:p>
        </w:tc>
      </w:tr>
      <w:tr w:rsidR="00266735" w14:paraId="1306F27C" w14:textId="77777777">
        <w:tc>
          <w:tcPr>
            <w:tcW w:w="2484" w:type="dxa"/>
          </w:tcPr>
          <w:p w14:paraId="28EED135" w14:textId="77777777" w:rsidR="00266735" w:rsidRDefault="00000000">
            <w:r>
              <w:t>3. __________________</w:t>
            </w:r>
          </w:p>
        </w:tc>
        <w:tc>
          <w:tcPr>
            <w:tcW w:w="2484" w:type="dxa"/>
          </w:tcPr>
          <w:p w14:paraId="6CDC9420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652B8077" w14:textId="77777777" w:rsidR="00266735" w:rsidRDefault="00000000">
            <w:r>
              <w:t>__________________</w:t>
            </w:r>
          </w:p>
        </w:tc>
        <w:tc>
          <w:tcPr>
            <w:tcW w:w="2484" w:type="dxa"/>
          </w:tcPr>
          <w:p w14:paraId="50EC4459" w14:textId="77777777" w:rsidR="00266735" w:rsidRDefault="00000000">
            <w:r>
              <w:t>____________</w:t>
            </w:r>
          </w:p>
        </w:tc>
      </w:tr>
    </w:tbl>
    <w:p w14:paraId="0C9144F5" w14:textId="77777777" w:rsidR="00266735" w:rsidRDefault="00000000">
      <w:r>
        <w:t>Our first three actions are:</w:t>
      </w:r>
    </w:p>
    <w:p w14:paraId="3C0F308A" w14:textId="77777777" w:rsidR="00266735" w:rsidRDefault="00000000">
      <w:pPr>
        <w:spacing w:after="80"/>
        <w:ind w:left="259"/>
      </w:pPr>
      <w:r>
        <w:rPr>
          <w:b/>
        </w:rPr>
        <w:t>• 1. _________________________________________________________________</w:t>
      </w:r>
    </w:p>
    <w:p w14:paraId="2DC5E730" w14:textId="77777777" w:rsidR="00266735" w:rsidRDefault="00000000">
      <w:pPr>
        <w:spacing w:after="80"/>
        <w:ind w:left="259"/>
      </w:pPr>
      <w:r>
        <w:rPr>
          <w:b/>
        </w:rPr>
        <w:t>• 2. _________________________________________________________________</w:t>
      </w:r>
    </w:p>
    <w:p w14:paraId="1C42FA1A" w14:textId="77777777" w:rsidR="00266735" w:rsidRDefault="00000000">
      <w:pPr>
        <w:spacing w:after="80"/>
        <w:ind w:left="259"/>
      </w:pPr>
      <w:r>
        <w:rPr>
          <w:b/>
        </w:rPr>
        <w:t>• 3. _________________________________________________________________</w:t>
      </w:r>
    </w:p>
    <w:p w14:paraId="50816CDE" w14:textId="77777777" w:rsidR="00266735" w:rsidRDefault="00000000">
      <w:pPr>
        <w:pStyle w:val="Heading1"/>
      </w:pPr>
      <w:r>
        <w:t>THE TEST</w:t>
      </w:r>
    </w:p>
    <w:p w14:paraId="103A6E0C" w14:textId="77777777" w:rsidR="00266735" w:rsidRDefault="00000000">
      <w:r>
        <w:t>Come back to this Action Plan in 90 days.</w:t>
      </w:r>
    </w:p>
    <w:p w14:paraId="2C9C7D54" w14:textId="77777777" w:rsidR="00266735" w:rsidRDefault="00000000">
      <w:r>
        <w:t>Ask:</w:t>
      </w:r>
    </w:p>
    <w:p w14:paraId="0A80D77C" w14:textId="77777777" w:rsidR="00266735" w:rsidRDefault="00000000">
      <w:pPr>
        <w:spacing w:after="80"/>
        <w:ind w:left="259"/>
      </w:pPr>
      <w:r>
        <w:rPr>
          <w:b/>
        </w:rPr>
        <w:t>• Did we get access?</w:t>
      </w:r>
    </w:p>
    <w:p w14:paraId="0BD76CF8" w14:textId="77777777" w:rsidR="00266735" w:rsidRDefault="00000000">
      <w:pPr>
        <w:spacing w:after="80"/>
        <w:ind w:left="259"/>
      </w:pPr>
      <w:r>
        <w:rPr>
          <w:b/>
        </w:rPr>
        <w:t>• Did we get into the conversation early enough?</w:t>
      </w:r>
    </w:p>
    <w:p w14:paraId="627C0D0E" w14:textId="77777777" w:rsidR="00266735" w:rsidRDefault="00000000">
      <w:pPr>
        <w:spacing w:after="80"/>
        <w:ind w:left="259"/>
      </w:pPr>
      <w:r>
        <w:rPr>
          <w:b/>
        </w:rPr>
        <w:t>• Did we bring useful information?</w:t>
      </w:r>
    </w:p>
    <w:p w14:paraId="4C0DBD4F" w14:textId="77777777" w:rsidR="00266735" w:rsidRDefault="00000000">
      <w:pPr>
        <w:spacing w:after="80"/>
        <w:ind w:left="259"/>
      </w:pPr>
      <w:r>
        <w:rPr>
          <w:b/>
        </w:rPr>
        <w:t>• Did anyone reconsider a decision?</w:t>
      </w:r>
    </w:p>
    <w:p w14:paraId="462456C4" w14:textId="77777777" w:rsidR="00266735" w:rsidRDefault="00000000">
      <w:pPr>
        <w:spacing w:after="80"/>
        <w:ind w:left="259"/>
      </w:pPr>
      <w:r>
        <w:rPr>
          <w:b/>
        </w:rPr>
        <w:t>• Did we get something done?</w:t>
      </w:r>
    </w:p>
    <w:p w14:paraId="7B217996" w14:textId="77777777" w:rsidR="00266735" w:rsidRDefault="00000000">
      <w:pPr>
        <w:spacing w:after="80"/>
        <w:ind w:left="259"/>
      </w:pPr>
      <w:r>
        <w:rPr>
          <w:b/>
        </w:rPr>
        <w:t>• What changed for students?</w:t>
      </w:r>
    </w:p>
    <w:p w14:paraId="4E426E45" w14:textId="77777777" w:rsidR="00266735" w:rsidRDefault="00000000">
      <w:r>
        <w:t>If you can answer those questions with evidence, you're not just talking about influence.</w:t>
      </w:r>
    </w:p>
    <w:p w14:paraId="658D33CB" w14:textId="77777777" w:rsidR="00266735" w:rsidRDefault="00000000">
      <w:r>
        <w:rPr>
          <w:b/>
        </w:rPr>
        <w:t>You're demonstrating it.</w:t>
      </w:r>
    </w:p>
    <w:p w14:paraId="7508CDB5" w14:textId="77777777" w:rsidR="00266735" w:rsidRDefault="00000000">
      <w:pPr>
        <w:pStyle w:val="Heading1"/>
      </w:pPr>
      <w:r>
        <w:lastRenderedPageBreak/>
        <w:t>THE BOTTOM LINE</w:t>
      </w:r>
    </w:p>
    <w:p w14:paraId="6DC88639" w14:textId="77777777" w:rsidR="00266735" w:rsidRDefault="00000000">
      <w:r>
        <w:t>Your SG doesn't need to become more influential by doing more things.</w:t>
      </w:r>
    </w:p>
    <w:p w14:paraId="40D22115" w14:textId="77777777" w:rsidR="00266735" w:rsidRDefault="00000000">
      <w:r>
        <w:t>It needs to become more effective at using the authority, access, information, and relationships it already has.</w:t>
      </w:r>
    </w:p>
    <w:p w14:paraId="584BFD84" w14:textId="77777777" w:rsidR="00266735" w:rsidRDefault="00000000">
      <w:r>
        <w:t>Pick a few issues that matter.</w:t>
      </w:r>
    </w:p>
    <w:p w14:paraId="76499774" w14:textId="77777777" w:rsidR="00266735" w:rsidRDefault="00000000">
      <w:r>
        <w:t>Get to the people who can make the decisions.</w:t>
      </w:r>
    </w:p>
    <w:p w14:paraId="00442991" w14:textId="77777777" w:rsidR="00266735" w:rsidRDefault="00000000">
      <w:r>
        <w:t>Get involved before the decisions are made.</w:t>
      </w:r>
    </w:p>
    <w:p w14:paraId="51FB4CDB" w14:textId="77777777" w:rsidR="00266735" w:rsidRDefault="00000000">
      <w:r>
        <w:t>Bring students and good information into the conversation.</w:t>
      </w:r>
    </w:p>
    <w:p w14:paraId="30C05BB5" w14:textId="77777777" w:rsidR="00266735" w:rsidRDefault="00000000">
      <w:r>
        <w:t>Make a clear request.</w:t>
      </w:r>
    </w:p>
    <w:p w14:paraId="5E8AF110" w14:textId="77777777" w:rsidR="00266735" w:rsidRDefault="00000000">
      <w:r>
        <w:t>Follow up.</w:t>
      </w:r>
    </w:p>
    <w:p w14:paraId="134EE981" w14:textId="77777777" w:rsidR="00266735" w:rsidRDefault="00000000">
      <w:r>
        <w:t>Then document what happened.</w:t>
      </w:r>
    </w:p>
    <w:p w14:paraId="5560A28C" w14:textId="77777777" w:rsidR="00266735" w:rsidRDefault="00000000">
      <w:r>
        <w:rPr>
          <w:b/>
        </w:rPr>
        <w:t>That's how influence grows.</w:t>
      </w:r>
    </w:p>
    <w:p w14:paraId="7748C6E6" w14:textId="77777777" w:rsidR="00266735" w:rsidRDefault="00000000">
      <w:pPr>
        <w:pStyle w:val="Heading1"/>
      </w:pPr>
      <w:r>
        <w:t>NEXT STEP</w:t>
      </w:r>
    </w:p>
    <w:p w14:paraId="3E0350ED" w14:textId="77777777" w:rsidR="00266735" w:rsidRDefault="00000000">
      <w:r>
        <w:t>Know your authority.</w:t>
      </w:r>
    </w:p>
    <w:p w14:paraId="2044792E" w14:textId="77777777" w:rsidR="00266735" w:rsidRDefault="00000000">
      <w:r>
        <w:t>Measure your impact.</w:t>
      </w:r>
    </w:p>
    <w:p w14:paraId="7DE98E75" w14:textId="77777777" w:rsidR="00266735" w:rsidRDefault="00000000">
      <w:r>
        <w:rPr>
          <w:b/>
        </w:rPr>
        <w:t>Then use what you've learned to become more influential.</w:t>
      </w:r>
    </w:p>
    <w:p w14:paraId="040B19EA" w14:textId="09333AC1" w:rsidR="00266735" w:rsidRDefault="00000000">
      <w:r>
        <w:rPr>
          <w:b/>
        </w:rPr>
        <w:t>Take the Quick Influence Check →</w:t>
      </w:r>
      <w:r w:rsidR="00031947">
        <w:rPr>
          <w:b/>
        </w:rPr>
        <w:t xml:space="preserve"> </w:t>
      </w:r>
      <w:r w:rsidR="00031947" w:rsidRPr="00031947">
        <w:rPr>
          <w:b/>
        </w:rPr>
        <w:t>https://www.asgaonline.com/asga/articles/quick-influence-check-1405</w:t>
      </w:r>
    </w:p>
    <w:p w14:paraId="38EDDFC7" w14:textId="0D61C3CD" w:rsidR="00266735" w:rsidRDefault="00000000">
      <w:r>
        <w:rPr>
          <w:b/>
        </w:rPr>
        <w:t>Take the Enhanced 54-Point Influence Assessment →</w:t>
      </w:r>
      <w:r w:rsidR="00031947">
        <w:rPr>
          <w:b/>
        </w:rPr>
        <w:t xml:space="preserve"> </w:t>
      </w:r>
      <w:r w:rsidR="00031947" w:rsidRPr="00031947">
        <w:rPr>
          <w:b/>
        </w:rPr>
        <w:t>https://www.asgaonline.com/asga/articles/grade-your-sgs-influence-1386</w:t>
      </w:r>
    </w:p>
    <w:p w14:paraId="18AEB0DC" w14:textId="77777777" w:rsidR="00266735" w:rsidRDefault="00266735"/>
    <w:p w14:paraId="00C39A0E" w14:textId="77777777" w:rsidR="00266735" w:rsidRDefault="00000000">
      <w:pPr>
        <w:jc w:val="center"/>
      </w:pPr>
      <w:r>
        <w:rPr>
          <w:b/>
          <w:sz w:val="20"/>
        </w:rPr>
        <w:t>American Student Government Association</w:t>
      </w:r>
    </w:p>
    <w:p w14:paraId="6AF9AC0D" w14:textId="77777777" w:rsidR="00266735" w:rsidRDefault="00000000">
      <w:pPr>
        <w:jc w:val="center"/>
      </w:pPr>
      <w:r>
        <w:rPr>
          <w:sz w:val="20"/>
        </w:rPr>
        <w:t>www.asgahome.com</w:t>
      </w:r>
    </w:p>
    <w:sectPr w:rsidR="00266735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CF1B" w14:textId="77777777" w:rsidR="0052616F" w:rsidRDefault="0052616F" w:rsidP="00031947">
      <w:pPr>
        <w:spacing w:after="0" w:line="240" w:lineRule="auto"/>
      </w:pPr>
      <w:r>
        <w:separator/>
      </w:r>
    </w:p>
  </w:endnote>
  <w:endnote w:type="continuationSeparator" w:id="0">
    <w:p w14:paraId="288FD39F" w14:textId="77777777" w:rsidR="0052616F" w:rsidRDefault="0052616F" w:rsidP="0003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CD5E" w14:textId="77777777" w:rsidR="00031947" w:rsidRDefault="00031947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AC52E6B" w14:textId="77777777" w:rsidR="00031947" w:rsidRDefault="00031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18AF" w14:textId="77777777" w:rsidR="0052616F" w:rsidRDefault="0052616F" w:rsidP="00031947">
      <w:pPr>
        <w:spacing w:after="0" w:line="240" w:lineRule="auto"/>
      </w:pPr>
      <w:r>
        <w:separator/>
      </w:r>
    </w:p>
  </w:footnote>
  <w:footnote w:type="continuationSeparator" w:id="0">
    <w:p w14:paraId="3FA769C1" w14:textId="77777777" w:rsidR="0052616F" w:rsidRDefault="0052616F" w:rsidP="0003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7145817">
    <w:abstractNumId w:val="8"/>
  </w:num>
  <w:num w:numId="2" w16cid:durableId="1436553918">
    <w:abstractNumId w:val="6"/>
  </w:num>
  <w:num w:numId="3" w16cid:durableId="2110083367">
    <w:abstractNumId w:val="5"/>
  </w:num>
  <w:num w:numId="4" w16cid:durableId="1620605350">
    <w:abstractNumId w:val="4"/>
  </w:num>
  <w:num w:numId="5" w16cid:durableId="1601138618">
    <w:abstractNumId w:val="7"/>
  </w:num>
  <w:num w:numId="6" w16cid:durableId="1451242751">
    <w:abstractNumId w:val="3"/>
  </w:num>
  <w:num w:numId="7" w16cid:durableId="521020448">
    <w:abstractNumId w:val="2"/>
  </w:num>
  <w:num w:numId="8" w16cid:durableId="1463376819">
    <w:abstractNumId w:val="1"/>
  </w:num>
  <w:num w:numId="9" w16cid:durableId="35022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947"/>
    <w:rsid w:val="00034616"/>
    <w:rsid w:val="0006063C"/>
    <w:rsid w:val="0015074B"/>
    <w:rsid w:val="00266735"/>
    <w:rsid w:val="0029639D"/>
    <w:rsid w:val="00326F90"/>
    <w:rsid w:val="00372D95"/>
    <w:rsid w:val="0052616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38A481"/>
  <w14:defaultImageDpi w14:val="300"/>
  <w15:docId w15:val="{0C8FAE6C-76CC-4163-A9E6-2A479419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 w:line="259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0"/>
      <w:jc w:val="center"/>
      <w:outlineLvl w:val="1"/>
    </w:pPr>
    <w:rPr>
      <w:rFonts w:asciiTheme="majorHAnsi" w:eastAsiaTheme="majorEastAsia" w:hAnsiTheme="majorHAnsi" w:cstheme="majorBidi"/>
      <w:bCs/>
      <w:i/>
      <w:color w:val="4F81BD" w:themeColor="accent1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Butch Oxendine</cp:lastModifiedBy>
  <cp:revision>2</cp:revision>
  <dcterms:created xsi:type="dcterms:W3CDTF">2026-08-31T21:38:00Z</dcterms:created>
  <dcterms:modified xsi:type="dcterms:W3CDTF">2026-08-31T21:38:00Z</dcterms:modified>
  <cp:category/>
</cp:coreProperties>
</file>